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sz w:val="20"/>
        </w:rPr>
        <w:t>EL BETHEL KOREAN METHODIST CHURCH · 10TH ANNIVERSARY</w:t>
      </w:r>
    </w:p>
    <w:p>
      <w:pPr>
        <w:pStyle w:val="Title"/>
        <w:spacing w:after="80"/>
        <w:jc w:val="center"/>
      </w:pPr>
      <w:r>
        <w:rPr>
          <w:rFonts w:ascii="Calibri" w:hAnsi="Calibri"/>
          <w:color w:val="000000"/>
          <w:sz w:val="48"/>
        </w:rPr>
        <w:t>Seed Scholarship Application</w:t>
      </w:r>
    </w:p>
    <w:p>
      <w:pPr>
        <w:spacing w:after="80"/>
        <w:jc w:val="center"/>
      </w:pPr>
      <w:r>
        <w:t>Complete all sections and email this form with the required documents.</w:t>
      </w:r>
    </w:p>
    <w:p>
      <w:pPr>
        <w:spacing w:before="180" w:after="80"/>
      </w:pPr>
      <w:r>
        <w:rPr>
          <w:b/>
          <w:sz w:val="22"/>
        </w:rPr>
        <w:t>1  Applicant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8424"/>
      </w:tblGrid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Full Name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/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Date of Birth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Month:                         Day:                         Year: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Phone Number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/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Email Address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/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Permanent Address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Street: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/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City:                                              State:                 ZIP:</w:t>
            </w:r>
          </w:p>
        </w:tc>
      </w:tr>
    </w:tbl>
    <w:p>
      <w:pPr>
        <w:spacing w:before="180" w:after="80"/>
      </w:pPr>
      <w:r>
        <w:rPr>
          <w:b/>
          <w:sz w:val="22"/>
        </w:rPr>
        <w:t>2  School and Family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8424"/>
      </w:tblGrid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Student Category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□ Middle School     □ High School     □ College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School and Grade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School:                                               Grade / Year (2026):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Academic Record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GPA:                 /                 or grade average:                 / 100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Family Status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□ Single-parent family     □ Both parents deceased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Parent / Guardian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Name:                                              Relationship:</w:t>
            </w:r>
          </w:p>
        </w:tc>
      </w:tr>
      <w:tr>
        <w:trPr>
          <w:trHeight w:val="490"/>
        </w:trPr>
        <w:tc>
          <w:tcPr>
            <w:tcW w:type="dxa" w:w="2088"/>
            <w:vAlign w:val="center"/>
            <w:shd w:fill="F0F2F4"/>
          </w:tcPr>
          <w:p>
            <w:pPr>
              <w:spacing w:before="60" w:after="60"/>
            </w:pPr>
            <w:r>
              <w:t>Contact Information</w:t>
            </w:r>
          </w:p>
        </w:tc>
        <w:tc>
          <w:tcPr>
            <w:tcW w:type="dxa" w:w="8424"/>
            <w:vAlign w:val="center"/>
          </w:tcPr>
          <w:p>
            <w:pPr>
              <w:spacing w:before="60" w:after="60"/>
            </w:pPr>
            <w:r>
              <w:t>Phone:                                  Email:</w:t>
            </w:r>
          </w:p>
        </w:tc>
      </w:tr>
    </w:tbl>
    <w:p>
      <w:pPr>
        <w:spacing w:before="80" w:after="80"/>
      </w:pPr>
      <w:r>
        <w:rPr>
          <w:sz w:val="18"/>
        </w:rPr>
        <w:t>Minimum GPA: 3.0. If your school does not use a GPA, a grade average of 80/100 or higher is required.</w:t>
      </w:r>
    </w:p>
    <w:p>
      <w:pPr>
        <w:spacing w:before="180" w:after="80"/>
      </w:pPr>
      <w:r>
        <w:rPr>
          <w:b/>
          <w:sz w:val="22"/>
        </w:rPr>
        <w:t>3  Required Documents</w:t>
      </w:r>
    </w:p>
    <w:p>
      <w:pPr>
        <w:spacing w:after="80"/>
      </w:pPr>
      <w:r>
        <w:t>□ Completed application     □ Self-introduction and essay in English</w:t>
        <w:br/>
        <w:t>□ One recommendation letter     □ Academic transcript     □ One document verifying residence</w:t>
      </w:r>
    </w:p>
    <w:p>
      <w:pPr>
        <w:spacing w:after="80"/>
      </w:pPr>
      <w:r>
        <w:rPr>
          <w:sz w:val="18"/>
        </w:rPr>
        <w:t>Essay topic: My Dream or My Vision</w:t>
        <w:br/>
        <w:t>Describe your dreams and vision, your current family circumstances, and why you need financial assistance. Attach your self-introduction and essay as a separate document.</w:t>
        <w:br/>
        <w:t>Recommendation: From a professor, teacher, pastor, or organization leader.</w:t>
        <w:br/>
        <w:t>Residence verification: A utility bill, driver’s license, or state-issued ID, etc.</w:t>
      </w:r>
    </w:p>
    <w:p>
      <w:pPr>
        <w:spacing w:before="180" w:after="80"/>
      </w:pPr>
      <w:r>
        <w:rPr>
          <w:b/>
          <w:sz w:val="22"/>
        </w:rPr>
        <w:t>4  Certification and Signature</w:t>
      </w:r>
    </w:p>
    <w:p>
      <w:pPr>
        <w:spacing w:after="80"/>
      </w:pPr>
      <w:r>
        <w:t>I certify that the information in this application is true and accurate. I consent to the use of the submitted information for scholarship selection and related communications.</w:t>
      </w:r>
    </w:p>
    <w:p>
      <w:pPr>
        <w:spacing w:after="80"/>
      </w:pPr>
      <w:r>
        <w:t>Applicant Signature: __________________________________    Date: __________________</w:t>
      </w:r>
    </w:p>
    <w:p>
      <w:pPr>
        <w:spacing w:after="80"/>
      </w:pPr>
      <w:r>
        <w:t>Parent / Guardian Signature (if applicant is under 18): _________________________________</w:t>
      </w:r>
    </w:p>
    <w:p>
      <w:pPr>
        <w:spacing w:before="140" w:after="80"/>
        <w:jc w:val="center"/>
      </w:pPr>
      <w:r>
        <w:rPr>
          <w:sz w:val="18"/>
        </w:rPr>
        <w:t>Application Deadline: November 30, 2026  |  Submit to: 2016elbethel@gmail.com</w:t>
        <w:br/>
        <w:t>El Bethel Korean Methodist Church · 159 Park Ave, New Hyde Park, NY 11040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